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A90" w:rsidRDefault="00CD0A90" w:rsidP="00CD0A90">
      <w:pPr>
        <w:widowControl w:val="0"/>
        <w:autoSpaceDE w:val="0"/>
        <w:autoSpaceDN w:val="0"/>
        <w:spacing w:before="73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23685" cy="9802917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233" cy="980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6136" w:rsidRPr="0077730B" w:rsidRDefault="00856136" w:rsidP="00856136">
      <w:pPr>
        <w:widowControl w:val="0"/>
        <w:autoSpaceDE w:val="0"/>
        <w:autoSpaceDN w:val="0"/>
        <w:spacing w:before="73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I.</w:t>
      </w:r>
      <w:r w:rsidRPr="0077730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Пояснительная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записка</w:t>
      </w:r>
    </w:p>
    <w:p w:rsidR="00856136" w:rsidRPr="0077730B" w:rsidRDefault="00856136" w:rsidP="0085613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56136" w:rsidRPr="0077730B" w:rsidRDefault="00856136" w:rsidP="00856136">
      <w:pPr>
        <w:widowControl w:val="0"/>
        <w:numPr>
          <w:ilvl w:val="1"/>
          <w:numId w:val="14"/>
        </w:numPr>
        <w:tabs>
          <w:tab w:val="left" w:pos="1324"/>
        </w:tabs>
        <w:autoSpaceDE w:val="0"/>
        <w:autoSpaceDN w:val="0"/>
        <w:spacing w:after="0" w:line="240" w:lineRule="auto"/>
        <w:ind w:right="553" w:hanging="111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Место учебного предмета в учебном плане (количество учебных часов, на</w:t>
      </w:r>
      <w:r w:rsidRPr="0077730B">
        <w:rPr>
          <w:rFonts w:ascii="Times New Roman" w:eastAsia="Times New Roman" w:hAnsi="Times New Roman" w:cs="Times New Roman"/>
          <w:b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которые</w:t>
      </w:r>
      <w:r w:rsidRPr="0077730B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рассчитана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рабочая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программа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соответствии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с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учебным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планом,</w:t>
      </w:r>
    </w:p>
    <w:p w:rsidR="00856136" w:rsidRPr="0077730B" w:rsidRDefault="00856136" w:rsidP="00856136">
      <w:pPr>
        <w:widowControl w:val="0"/>
        <w:autoSpaceDE w:val="0"/>
        <w:autoSpaceDN w:val="0"/>
        <w:spacing w:before="1" w:after="0" w:line="240" w:lineRule="auto"/>
        <w:ind w:right="3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календарным учебным графиком, обоснование увеличения количества учебных</w:t>
      </w:r>
      <w:r w:rsidRPr="0077730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часов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(при необходимости).</w:t>
      </w:r>
    </w:p>
    <w:p w:rsidR="00856136" w:rsidRPr="0077730B" w:rsidRDefault="00856136" w:rsidP="0085613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ru-RU"/>
        </w:rPr>
      </w:pP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77730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</w:t>
      </w:r>
      <w:r w:rsidRPr="0077730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77730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искусство»</w:t>
      </w:r>
      <w:r w:rsidRPr="0077730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отводится</w:t>
      </w:r>
      <w:r w:rsidRPr="00777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135</w:t>
      </w:r>
      <w:r w:rsidRPr="00777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часов</w:t>
      </w:r>
      <w:r w:rsidRPr="00777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(из</w:t>
      </w:r>
      <w:r w:rsidRPr="0077730B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расчета</w:t>
      </w:r>
      <w:r w:rsidRPr="0077730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час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неделю),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них: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класс-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33 часа,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2-4</w:t>
      </w:r>
      <w:r w:rsidRPr="00777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классах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по 34 часа.</w:t>
      </w:r>
    </w:p>
    <w:p w:rsidR="00856136" w:rsidRPr="0077730B" w:rsidRDefault="00856136" w:rsidP="0085613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56136" w:rsidRPr="0077730B" w:rsidRDefault="00856136" w:rsidP="00856136">
      <w:pPr>
        <w:widowControl w:val="0"/>
        <w:numPr>
          <w:ilvl w:val="1"/>
          <w:numId w:val="14"/>
        </w:numPr>
        <w:tabs>
          <w:tab w:val="left" w:pos="887"/>
        </w:tabs>
        <w:autoSpaceDE w:val="0"/>
        <w:autoSpaceDN w:val="0"/>
        <w:spacing w:after="0" w:line="240" w:lineRule="auto"/>
        <w:ind w:left="1640" w:right="115" w:hanging="117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Используемый учебно-методический комплект, включая электронные ресурсы, а</w:t>
      </w:r>
      <w:r w:rsidRPr="0077730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также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дополнительно</w:t>
      </w:r>
      <w:r w:rsidRPr="0077730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используемые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информационные</w:t>
      </w:r>
      <w:r w:rsidRPr="0077730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ресурсы.</w:t>
      </w:r>
    </w:p>
    <w:p w:rsidR="00856136" w:rsidRPr="0077730B" w:rsidRDefault="00856136" w:rsidP="0085613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856136" w:rsidRPr="0077730B" w:rsidRDefault="00856136" w:rsidP="00856136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77730B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77730B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программного</w:t>
      </w:r>
      <w:r w:rsidRPr="0077730B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77730B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используются</w:t>
      </w:r>
      <w:r w:rsidRPr="0077730B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</w:t>
      </w:r>
      <w:r w:rsidRPr="0077730B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77730B">
        <w:rPr>
          <w:rFonts w:ascii="Times New Roman" w:eastAsia="Times New Roman" w:hAnsi="Times New Roman" w:cs="Times New Roman"/>
          <w:b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пособия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856136" w:rsidRPr="0077730B" w:rsidRDefault="00856136" w:rsidP="00856136">
      <w:pPr>
        <w:widowControl w:val="0"/>
        <w:autoSpaceDE w:val="0"/>
        <w:autoSpaceDN w:val="0"/>
        <w:spacing w:after="0" w:line="278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Изобразительное искусство. 4 класс. Каждый народ – художник. </w:t>
      </w:r>
      <w:proofErr w:type="spellStart"/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Л.А./ Под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Б.М. </w:t>
      </w:r>
      <w:proofErr w:type="spellStart"/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777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М.: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Просвещение, 2020.</w:t>
      </w: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856136" w:rsidRPr="0077730B" w:rsidRDefault="00856136" w:rsidP="00856136">
      <w:pPr>
        <w:widowControl w:val="0"/>
        <w:autoSpaceDE w:val="0"/>
        <w:autoSpaceDN w:val="0"/>
        <w:spacing w:before="222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Дополнительные</w:t>
      </w:r>
      <w:r w:rsidRPr="0077730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пособия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856136" w:rsidRPr="0077730B" w:rsidRDefault="00856136" w:rsidP="00856136">
      <w:pPr>
        <w:widowControl w:val="0"/>
        <w:numPr>
          <w:ilvl w:val="0"/>
          <w:numId w:val="13"/>
        </w:numPr>
        <w:tabs>
          <w:tab w:val="left" w:pos="463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i/>
          <w:sz w:val="24"/>
          <w:lang w:val="ru-RU"/>
        </w:rPr>
        <w:t xml:space="preserve">Программы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общеобразовательных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учреждений.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Изобразительное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художественный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труд: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1-8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классы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/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под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руководством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Б.М.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Неменского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М.: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Просвещение,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2020.</w:t>
      </w:r>
    </w:p>
    <w:p w:rsidR="00856136" w:rsidRPr="0077730B" w:rsidRDefault="00856136" w:rsidP="00856136">
      <w:pPr>
        <w:widowControl w:val="0"/>
        <w:numPr>
          <w:ilvl w:val="0"/>
          <w:numId w:val="13"/>
        </w:numPr>
        <w:tabs>
          <w:tab w:val="left" w:pos="463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 w:rsidRPr="0077730B">
        <w:rPr>
          <w:rFonts w:ascii="Times New Roman" w:eastAsia="Times New Roman" w:hAnsi="Times New Roman" w:cs="Times New Roman"/>
          <w:i/>
          <w:sz w:val="24"/>
          <w:lang w:val="ru-RU"/>
        </w:rPr>
        <w:t>Неменский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>, Б.М. Методическое пособие к учебникам по изобразительному искусству. 1-4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 xml:space="preserve">классы: пособие для учителя / Б.М. </w:t>
      </w: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Неменский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 xml:space="preserve">, Л.А </w:t>
      </w: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Неменская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 xml:space="preserve">, Е.И. </w:t>
      </w: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Коротеева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>. - М.: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Просвещение,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2020.</w:t>
      </w:r>
    </w:p>
    <w:p w:rsidR="00856136" w:rsidRPr="0077730B" w:rsidRDefault="00856136" w:rsidP="00856136">
      <w:pPr>
        <w:widowControl w:val="0"/>
        <w:numPr>
          <w:ilvl w:val="0"/>
          <w:numId w:val="13"/>
        </w:numPr>
        <w:tabs>
          <w:tab w:val="left" w:pos="463"/>
        </w:tabs>
        <w:autoSpaceDE w:val="0"/>
        <w:autoSpaceDN w:val="0"/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i/>
          <w:sz w:val="24"/>
          <w:lang w:val="ru-RU"/>
        </w:rPr>
        <w:t xml:space="preserve">Изобразительное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художественный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труд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начальной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школе.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Система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преподавания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уроков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1-4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классах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программе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Б.М.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Неменского</w:t>
      </w:r>
      <w:proofErr w:type="spellEnd"/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/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сост.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А.Г.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Александрова,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Н.В. Капустина.</w:t>
      </w:r>
      <w:r w:rsidRPr="0077730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Волгоград: Учитель, 2017.-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61с.</w:t>
      </w:r>
    </w:p>
    <w:p w:rsidR="00856136" w:rsidRPr="0077730B" w:rsidRDefault="00856136" w:rsidP="00856136">
      <w:pPr>
        <w:widowControl w:val="0"/>
        <w:numPr>
          <w:ilvl w:val="0"/>
          <w:numId w:val="13"/>
        </w:numPr>
        <w:tabs>
          <w:tab w:val="left" w:pos="463"/>
        </w:tabs>
        <w:autoSpaceDE w:val="0"/>
        <w:autoSpaceDN w:val="0"/>
        <w:spacing w:after="0" w:line="240" w:lineRule="auto"/>
        <w:ind w:right="108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i/>
          <w:sz w:val="24"/>
          <w:lang w:val="ru-RU"/>
        </w:rPr>
        <w:t xml:space="preserve">Азбука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народных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промыслов.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1-4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классы: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дополнительный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материал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урокам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изобразительного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технологии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/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авт.-сост.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И.А.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Хапилина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Волгоград: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Учитель, 2018.-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199с.</w:t>
      </w: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856136" w:rsidRPr="0077730B" w:rsidRDefault="00856136" w:rsidP="0085613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  <w:lang w:val="ru-RU"/>
        </w:rPr>
      </w:pP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 сети</w:t>
      </w:r>
      <w:r w:rsidRPr="007773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«Интернет</w:t>
      </w:r>
      <w:r w:rsidRPr="0077730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856136" w:rsidRPr="0077730B" w:rsidRDefault="00856136" w:rsidP="00856136">
      <w:pPr>
        <w:widowControl w:val="0"/>
        <w:autoSpaceDE w:val="0"/>
        <w:autoSpaceDN w:val="0"/>
        <w:spacing w:before="41" w:after="0" w:line="240" w:lineRule="auto"/>
        <w:ind w:right="11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Презентации по ИЗО и технологии - </w:t>
      </w:r>
      <w:hyperlink r:id="rId7">
        <w:r w:rsidRPr="0077730B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 w:color="000080"/>
            <w:lang w:val="ru-RU"/>
          </w:rPr>
          <w:t>http://shkola-abv.ru/katalog_prezentaziy5.html</w:t>
        </w:r>
      </w:hyperlink>
      <w:r w:rsidRPr="0077730B">
        <w:rPr>
          <w:rFonts w:ascii="Times New Roman" w:eastAsia="Times New Roman" w:hAnsi="Times New Roman" w:cs="Times New Roman"/>
          <w:color w:val="000080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Презентации к урокам (лепка) - </w:t>
      </w:r>
      <w:hyperlink r:id="rId8">
        <w:r w:rsidRPr="0077730B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 w:color="000080"/>
            <w:lang w:val="ru-RU"/>
          </w:rPr>
          <w:t>http://pedsovet.su/load/242-1-0-6836</w:t>
        </w:r>
      </w:hyperlink>
      <w:r w:rsidRPr="0077730B">
        <w:rPr>
          <w:rFonts w:ascii="Times New Roman" w:eastAsia="Times New Roman" w:hAnsi="Times New Roman" w:cs="Times New Roman"/>
          <w:color w:val="000080"/>
          <w:spacing w:val="1"/>
          <w:sz w:val="24"/>
          <w:szCs w:val="24"/>
          <w:lang w:val="ru-RU"/>
        </w:rPr>
        <w:t xml:space="preserve"> </w:t>
      </w: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856136" w:rsidRPr="0077730B" w:rsidRDefault="00856136" w:rsidP="0085613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856136" w:rsidRPr="0077730B" w:rsidRDefault="00856136" w:rsidP="00856136">
      <w:pPr>
        <w:widowControl w:val="0"/>
        <w:numPr>
          <w:ilvl w:val="1"/>
          <w:numId w:val="14"/>
        </w:numPr>
        <w:tabs>
          <w:tab w:val="left" w:pos="885"/>
        </w:tabs>
        <w:autoSpaceDE w:val="0"/>
        <w:autoSpaceDN w:val="0"/>
        <w:spacing w:before="90" w:after="0" w:line="240" w:lineRule="auto"/>
        <w:ind w:left="685" w:right="112" w:hanging="2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Планируемые результаты освоения изучения учебного предмета в соответствии с</w:t>
      </w:r>
      <w:r w:rsidRPr="0077730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примерными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основными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образовательными</w:t>
      </w:r>
      <w:r w:rsidRPr="0077730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программами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 образования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образовательными</w:t>
      </w:r>
      <w:r w:rsidRPr="0077730B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программами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образовательной</w:t>
      </w:r>
      <w:r w:rsidRPr="0077730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sz w:val="24"/>
          <w:lang w:val="ru-RU"/>
        </w:rPr>
        <w:t>организации</w:t>
      </w:r>
    </w:p>
    <w:p w:rsidR="00856136" w:rsidRPr="0077730B" w:rsidRDefault="00856136" w:rsidP="0085613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856136" w:rsidRPr="0077730B" w:rsidRDefault="00856136" w:rsidP="0085613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результате</w:t>
      </w:r>
      <w:r w:rsidRPr="0077730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изучения</w:t>
      </w:r>
      <w:r w:rsidRPr="0077730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курса</w:t>
      </w:r>
      <w:r w:rsidRPr="0077730B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77730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искусство»</w:t>
      </w:r>
      <w:r w:rsidRPr="0077730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начальной</w:t>
      </w:r>
      <w:r w:rsidRPr="0077730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77730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должны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быть достигнуты результаты:</w:t>
      </w:r>
    </w:p>
    <w:p w:rsidR="00856136" w:rsidRPr="0077730B" w:rsidRDefault="00856136" w:rsidP="00856136">
      <w:pPr>
        <w:widowControl w:val="0"/>
        <w:autoSpaceDE w:val="0"/>
        <w:autoSpaceDN w:val="0"/>
        <w:spacing w:before="4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Личностные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результаты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освоения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программы:</w:t>
      </w:r>
    </w:p>
    <w:p w:rsidR="00856136" w:rsidRPr="0077730B" w:rsidRDefault="00856136" w:rsidP="00856136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чувство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гордости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культуру</w:t>
      </w:r>
      <w:r w:rsidRPr="0077730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искусство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Родины,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своего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народа;</w:t>
      </w:r>
    </w:p>
    <w:p w:rsidR="00856136" w:rsidRPr="0077730B" w:rsidRDefault="00856136" w:rsidP="00856136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115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уважительное отношение к культуре и искусству других народов нашей страны и мира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целом;</w:t>
      </w:r>
    </w:p>
    <w:p w:rsidR="00856136" w:rsidRPr="0077730B" w:rsidRDefault="00856136" w:rsidP="00856136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before="1" w:after="0" w:line="240" w:lineRule="auto"/>
        <w:ind w:left="821" w:right="112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понимание особой роли культуры и искусства в жизни общества и каждого отдельного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человека;</w:t>
      </w:r>
    </w:p>
    <w:p w:rsidR="00856136" w:rsidRPr="0077730B" w:rsidRDefault="00856136" w:rsidP="00856136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104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сформированность</w:t>
      </w:r>
      <w:proofErr w:type="spellEnd"/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эстетических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чувств,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художественно-творческого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мышления,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наблюдательности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фантазии;</w:t>
      </w:r>
    </w:p>
    <w:p w:rsidR="00856136" w:rsidRPr="0077730B" w:rsidRDefault="00856136" w:rsidP="00856136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105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сформированность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 xml:space="preserve"> эстетических потребностей (потребностей в общении с искусством,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природой, потребностей в творческом отношении к окружающему миру, потребностей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самостоятельной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практической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деятельности),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ценностей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чувств;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lastRenderedPageBreak/>
        <w:t>развитие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этических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чувств,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доброжелательности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эмоционально-нравственной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отзывчивости,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понимания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сопереживания чувствам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других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людей;</w:t>
      </w:r>
    </w:p>
    <w:p w:rsidR="00856136" w:rsidRPr="0077730B" w:rsidRDefault="00856136" w:rsidP="00856136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110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овладение навыками коллективной деятельности в процессе совместной творческой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работы в команде одноклассников под руководством учителя; умение сотрудничать с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товарищами в процессе совместной деятельности, соотносить свою часть работы с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общим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замыслом;</w:t>
      </w:r>
    </w:p>
    <w:p w:rsidR="00856136" w:rsidRPr="0077730B" w:rsidRDefault="00856136" w:rsidP="00856136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before="1" w:after="0" w:line="240" w:lineRule="auto"/>
        <w:ind w:left="821" w:right="112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обсуждать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анализировать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собственную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художественную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деятельность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работу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одноклассников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позиций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задач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данной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темы,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точки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зрения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содержания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средств его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выражения.</w:t>
      </w:r>
    </w:p>
    <w:p w:rsidR="00856136" w:rsidRPr="0077730B" w:rsidRDefault="00856136" w:rsidP="00856136">
      <w:pPr>
        <w:widowControl w:val="0"/>
        <w:autoSpaceDE w:val="0"/>
        <w:autoSpaceDN w:val="0"/>
        <w:spacing w:before="5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proofErr w:type="spellStart"/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Метапредметные</w:t>
      </w:r>
      <w:proofErr w:type="spellEnd"/>
      <w:r w:rsidRPr="0077730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результаты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освоения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программы: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освоение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способов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решения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проблем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творческого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поискового</w:t>
      </w:r>
      <w:r w:rsidRPr="0077730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характера;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15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овладение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умением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видения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позиций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художника,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е.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умением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сравнивать,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анализировать, выделять главное,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обобщать;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13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формирование умения понимать причины успеха /неуспеха учебной деятельности 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способности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конструктивно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действовать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даже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ситуациях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неуспеха;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освоение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начальных форм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познавательной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личностной рефлексии;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07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овладение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логическими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действиями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сравнения,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анализа,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синтеза,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обобщения,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классификации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родовидовым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признакам;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овладение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умением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вести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диалог,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распределять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функции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роли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процессе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выполнения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коллективной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работы;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06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использование средств информационных технологий для решения различных учебно-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задач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процессе поиска дополнительного изобразительного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материала,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выполнение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проектов,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отдельных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упражнений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живописи,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графике,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моделированию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т.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д.;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04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планировать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грамотно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осуществлять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учебные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действия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поставленной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задачей,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находить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варианты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решения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различных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художественно-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задач;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12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рационально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строить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самостоятельную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творческую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деятельность,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организовать место занятий;</w:t>
      </w:r>
    </w:p>
    <w:p w:rsidR="00856136" w:rsidRPr="0077730B" w:rsidRDefault="00856136" w:rsidP="00856136">
      <w:pPr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before="1" w:after="0" w:line="240" w:lineRule="auto"/>
        <w:ind w:left="462" w:right="105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осознанное стремление к освоению новых знаний и умений, к достижению более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высоких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оригинальных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результатов.</w:t>
      </w:r>
    </w:p>
    <w:p w:rsidR="00856136" w:rsidRPr="0077730B" w:rsidRDefault="00856136" w:rsidP="00856136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Предметные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результаты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освоения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программы:</w:t>
      </w:r>
    </w:p>
    <w:p w:rsidR="00856136" w:rsidRPr="0077730B" w:rsidRDefault="00856136" w:rsidP="00856136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i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i/>
          <w:sz w:val="24"/>
          <w:lang w:val="ru-RU"/>
        </w:rPr>
        <w:t>Учащийся</w:t>
      </w:r>
      <w:r w:rsidRPr="0077730B">
        <w:rPr>
          <w:rFonts w:ascii="Times New Roman" w:eastAsia="Times New Roman" w:hAnsi="Times New Roman" w:cs="Times New Roman"/>
          <w:b/>
          <w:i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i/>
          <w:sz w:val="24"/>
          <w:lang w:val="ru-RU"/>
        </w:rPr>
        <w:t>научится:</w:t>
      </w:r>
    </w:p>
    <w:p w:rsidR="00856136" w:rsidRPr="0077730B" w:rsidRDefault="00856136" w:rsidP="00856136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1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формировать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первоначальные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представлений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роли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изобразительного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жизни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человека,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его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роли 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духовно-нравственном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развитии</w:t>
      </w:r>
      <w:r w:rsidRPr="0077730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человека;</w:t>
      </w:r>
    </w:p>
    <w:p w:rsidR="00856136" w:rsidRPr="0077730B" w:rsidRDefault="00856136" w:rsidP="00856136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1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формировать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основы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культуры,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том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числе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материале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художественной культуры родного края, эстетического отношения к миру, понимание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красоты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как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ценности,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потребности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творчестве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общении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искусством;</w:t>
      </w:r>
    </w:p>
    <w:p w:rsidR="00856136" w:rsidRPr="0077730B" w:rsidRDefault="00856136" w:rsidP="00856136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1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владеть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практическими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умениями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навыками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восприятии,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анализе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оценке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произведений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искусства;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before="68" w:after="0" w:line="240" w:lineRule="auto"/>
        <w:ind w:left="821" w:right="11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владеть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элементарными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практическими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умениями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навыками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различных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видах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деятельности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(рисунке,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живописи,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скульптуре,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конструировании), а также в специфических формах художественной деятельности,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базирующихся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ИКТ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(цифровая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фотография,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видеозапись,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элементы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мультипликации);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before="1" w:after="0" w:line="240" w:lineRule="auto"/>
        <w:ind w:left="821" w:right="10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различать виды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художественной деятельности: изобразительной (живопись,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графика,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скульптура),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конструктивной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(дизайн,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архитектура),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декоративной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(народные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прикладные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виды искусства);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владеть</w:t>
      </w:r>
      <w:r w:rsidRPr="0077730B">
        <w:rPr>
          <w:rFonts w:ascii="Times New Roman" w:eastAsia="Times New Roman" w:hAnsi="Times New Roman" w:cs="Times New Roman"/>
          <w:spacing w:val="5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основными</w:t>
      </w:r>
      <w:r w:rsidRPr="0077730B">
        <w:rPr>
          <w:rFonts w:ascii="Times New Roman" w:eastAsia="Times New Roman" w:hAnsi="Times New Roman" w:cs="Times New Roman"/>
          <w:spacing w:val="5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видами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жанрами</w:t>
      </w:r>
      <w:r w:rsidRPr="0077730B">
        <w:rPr>
          <w:rFonts w:ascii="Times New Roman" w:eastAsia="Times New Roman" w:hAnsi="Times New Roman" w:cs="Times New Roman"/>
          <w:spacing w:val="5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пространственно-визуальных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16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усвоение</w:t>
      </w:r>
      <w:r w:rsidRPr="0077730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названий</w:t>
      </w:r>
      <w:r w:rsidRPr="0077730B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ведущих</w:t>
      </w:r>
      <w:r w:rsidRPr="0077730B">
        <w:rPr>
          <w:rFonts w:ascii="Times New Roman" w:eastAsia="Times New Roman" w:hAnsi="Times New Roman" w:cs="Times New Roman"/>
          <w:spacing w:val="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художественных</w:t>
      </w:r>
      <w:r w:rsidRPr="0077730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музеев</w:t>
      </w:r>
      <w:r w:rsidRPr="0077730B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России</w:t>
      </w:r>
      <w:r w:rsidRPr="0077730B">
        <w:rPr>
          <w:rFonts w:ascii="Times New Roman" w:eastAsia="Times New Roman" w:hAnsi="Times New Roman" w:cs="Times New Roman"/>
          <w:spacing w:val="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художественных</w:t>
      </w:r>
      <w:r w:rsidRPr="0077730B">
        <w:rPr>
          <w:rFonts w:ascii="Times New Roman" w:eastAsia="Times New Roman" w:hAnsi="Times New Roman" w:cs="Times New Roman"/>
          <w:spacing w:val="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музеев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своего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региона;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1"/>
          <w:tab w:val="left" w:pos="822"/>
          <w:tab w:val="left" w:pos="1652"/>
        </w:tabs>
        <w:autoSpaceDE w:val="0"/>
        <w:autoSpaceDN w:val="0"/>
        <w:spacing w:after="0" w:line="240" w:lineRule="auto"/>
        <w:ind w:left="821" w:right="113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уметь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ab/>
        <w:t>видеть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проявления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визуально-пространственных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окружающей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жизни: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доме, на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улице, в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театре, на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празднике;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1"/>
          <w:tab w:val="left" w:pos="822"/>
          <w:tab w:val="left" w:pos="5644"/>
        </w:tabs>
        <w:autoSpaceDE w:val="0"/>
        <w:autoSpaceDN w:val="0"/>
        <w:spacing w:after="0" w:line="240" w:lineRule="auto"/>
        <w:ind w:left="821" w:right="107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использовать</w:t>
      </w:r>
      <w:r w:rsidRPr="0077730B">
        <w:rPr>
          <w:rFonts w:ascii="Times New Roman" w:eastAsia="Times New Roman" w:hAnsi="Times New Roman" w:cs="Times New Roman"/>
          <w:spacing w:val="99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9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художественно-творческой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ab/>
        <w:t>деятельности</w:t>
      </w:r>
      <w:r w:rsidRPr="0077730B">
        <w:rPr>
          <w:rFonts w:ascii="Times New Roman" w:eastAsia="Times New Roman" w:hAnsi="Times New Roman" w:cs="Times New Roman"/>
          <w:spacing w:val="4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различные</w:t>
      </w:r>
      <w:r w:rsidRPr="0077730B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материалы</w:t>
      </w:r>
      <w:r w:rsidRPr="0077730B">
        <w:rPr>
          <w:rFonts w:ascii="Times New Roman" w:eastAsia="Times New Roman" w:hAnsi="Times New Roman" w:cs="Times New Roman"/>
          <w:spacing w:val="39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lastRenderedPageBreak/>
        <w:t>художественные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техники;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1"/>
          <w:tab w:val="left" w:pos="822"/>
          <w:tab w:val="left" w:pos="2148"/>
          <w:tab w:val="left" w:pos="2464"/>
          <w:tab w:val="left" w:pos="5470"/>
          <w:tab w:val="left" w:pos="7043"/>
          <w:tab w:val="left" w:pos="8206"/>
        </w:tabs>
        <w:autoSpaceDE w:val="0"/>
        <w:autoSpaceDN w:val="0"/>
        <w:spacing w:before="1" w:after="0" w:line="240" w:lineRule="auto"/>
        <w:ind w:left="821" w:right="104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передавать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ab/>
        <w:t>в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ab/>
        <w:t>художественно-творческой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ab/>
        <w:t>деятельности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ab/>
        <w:t>характер,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ab/>
        <w:t>эмоциональные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состояния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свое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отношение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 природе, человеку,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обществу;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компоновать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плоскости листа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объеме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задуманный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художественный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образ;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11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применять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 художественно-творческой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деятельности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основы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proofErr w:type="spellStart"/>
      <w:r w:rsidRPr="0077730B">
        <w:rPr>
          <w:rFonts w:ascii="Times New Roman" w:eastAsia="Times New Roman" w:hAnsi="Times New Roman" w:cs="Times New Roman"/>
          <w:sz w:val="24"/>
          <w:lang w:val="ru-RU"/>
        </w:rPr>
        <w:t>цветоведения</w:t>
      </w:r>
      <w:proofErr w:type="spellEnd"/>
      <w:r w:rsidRPr="0077730B">
        <w:rPr>
          <w:rFonts w:ascii="Times New Roman" w:eastAsia="Times New Roman" w:hAnsi="Times New Roman" w:cs="Times New Roman"/>
          <w:sz w:val="24"/>
          <w:lang w:val="ru-RU"/>
        </w:rPr>
        <w:t>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основы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графической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грамоты;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13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навыкам</w:t>
      </w:r>
      <w:r w:rsidRPr="0077730B">
        <w:rPr>
          <w:rFonts w:ascii="Times New Roman" w:eastAsia="Times New Roman" w:hAnsi="Times New Roman" w:cs="Times New Roman"/>
          <w:spacing w:val="1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моделирования</w:t>
      </w:r>
      <w:r w:rsidRPr="0077730B">
        <w:rPr>
          <w:rFonts w:ascii="Times New Roman" w:eastAsia="Times New Roman" w:hAnsi="Times New Roman" w:cs="Times New Roman"/>
          <w:spacing w:val="1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</w:t>
      </w:r>
      <w:r w:rsidRPr="0077730B">
        <w:rPr>
          <w:rFonts w:ascii="Times New Roman" w:eastAsia="Times New Roman" w:hAnsi="Times New Roman" w:cs="Times New Roman"/>
          <w:spacing w:val="1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бумаги,</w:t>
      </w:r>
      <w:r w:rsidRPr="0077730B">
        <w:rPr>
          <w:rFonts w:ascii="Times New Roman" w:eastAsia="Times New Roman" w:hAnsi="Times New Roman" w:cs="Times New Roman"/>
          <w:spacing w:val="1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лепки</w:t>
      </w:r>
      <w:r w:rsidRPr="0077730B">
        <w:rPr>
          <w:rFonts w:ascii="Times New Roman" w:eastAsia="Times New Roman" w:hAnsi="Times New Roman" w:cs="Times New Roman"/>
          <w:spacing w:val="1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</w:t>
      </w:r>
      <w:r w:rsidRPr="0077730B">
        <w:rPr>
          <w:rFonts w:ascii="Times New Roman" w:eastAsia="Times New Roman" w:hAnsi="Times New Roman" w:cs="Times New Roman"/>
          <w:spacing w:val="1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пластилина,</w:t>
      </w:r>
      <w:r w:rsidRPr="0077730B">
        <w:rPr>
          <w:rFonts w:ascii="Times New Roman" w:eastAsia="Times New Roman" w:hAnsi="Times New Roman" w:cs="Times New Roman"/>
          <w:spacing w:val="1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навыками</w:t>
      </w:r>
      <w:r w:rsidRPr="0077730B">
        <w:rPr>
          <w:rFonts w:ascii="Times New Roman" w:eastAsia="Times New Roman" w:hAnsi="Times New Roman" w:cs="Times New Roman"/>
          <w:spacing w:val="1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изображения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средствами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аппликации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коллажа.</w:t>
      </w:r>
    </w:p>
    <w:p w:rsidR="00DF23CF" w:rsidRPr="0077730B" w:rsidRDefault="00DF23CF" w:rsidP="00DF23CF">
      <w:pPr>
        <w:widowControl w:val="0"/>
        <w:autoSpaceDE w:val="0"/>
        <w:autoSpaceDN w:val="0"/>
        <w:spacing w:before="5" w:after="0" w:line="274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  <w:lang w:val="ru-RU"/>
        </w:rPr>
        <w:t>Учащиеся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  <w:lang w:val="ru-RU"/>
        </w:rPr>
        <w:t>получат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  <w:lang w:val="ru-RU"/>
        </w:rPr>
        <w:t>возможность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  <w:lang w:val="ru-RU"/>
        </w:rPr>
        <w:t>научиться: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14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характеризовать и эстетически оценивать разнообразие и красоты природы различных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регионов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нашей страны;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13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рассуждать о многообразии представлений о красоте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 народов мира, способности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человека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самых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разных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природных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условиях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создавать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свою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самобытную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художественную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культуру;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12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творческих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работах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особенностей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художественной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культуры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разных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народов,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особенностей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понимания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ими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красоты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природы,</w:t>
      </w:r>
      <w:r w:rsidRPr="0077730B">
        <w:rPr>
          <w:rFonts w:ascii="Times New Roman" w:eastAsia="Times New Roman" w:hAnsi="Times New Roman" w:cs="Times New Roman"/>
          <w:spacing w:val="6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человека,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народных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традиций;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12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эстетически,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эмоционально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воспринимать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красоту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городов,</w:t>
      </w:r>
      <w:r w:rsidRPr="0077730B">
        <w:rPr>
          <w:rFonts w:ascii="Times New Roman" w:eastAsia="Times New Roman" w:hAnsi="Times New Roman" w:cs="Times New Roman"/>
          <w:spacing w:val="6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сохранивших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исторический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облик, свидетелей нашей истории;</w:t>
      </w:r>
    </w:p>
    <w:p w:rsidR="00DF23CF" w:rsidRPr="0077730B" w:rsidRDefault="00DF23CF" w:rsidP="00DF23CF">
      <w:pPr>
        <w:widowControl w:val="0"/>
        <w:numPr>
          <w:ilvl w:val="1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left="821" w:right="10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приводить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примеры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произведений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искусства,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выражающих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красоту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мудрости</w:t>
      </w:r>
      <w:r w:rsidRPr="0077730B">
        <w:rPr>
          <w:rFonts w:ascii="Times New Roman" w:eastAsia="Times New Roman" w:hAnsi="Times New Roman" w:cs="Times New Roman"/>
          <w:spacing w:val="60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богатой духовной жизни,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красоту</w:t>
      </w:r>
      <w:r w:rsidRPr="0077730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внутреннего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мира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человека.</w:t>
      </w:r>
    </w:p>
    <w:p w:rsidR="00DF23CF" w:rsidRPr="0077730B" w:rsidRDefault="00DF23CF" w:rsidP="00DF23C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23CF" w:rsidRPr="00DF23CF" w:rsidRDefault="00DF23CF" w:rsidP="00DF23CF">
      <w:pPr>
        <w:pStyle w:val="af"/>
        <w:widowControl w:val="0"/>
        <w:numPr>
          <w:ilvl w:val="1"/>
          <w:numId w:val="14"/>
        </w:numPr>
        <w:tabs>
          <w:tab w:val="left" w:pos="1439"/>
        </w:tabs>
        <w:autoSpaceDE w:val="0"/>
        <w:autoSpaceDN w:val="0"/>
        <w:spacing w:before="1" w:after="0" w:line="240" w:lineRule="auto"/>
        <w:ind w:right="8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F23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Формы, периодичность и порядок текущего контроля успеваемости и</w:t>
      </w:r>
      <w:r w:rsidRPr="00DF23CF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  <w:lang w:val="ru-RU"/>
        </w:rPr>
        <w:t xml:space="preserve"> </w:t>
      </w:r>
      <w:r w:rsidRPr="00DF23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промежуточной</w:t>
      </w:r>
      <w:r w:rsidRPr="00DF23C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F23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аттестации обучающихся</w:t>
      </w:r>
    </w:p>
    <w:p w:rsidR="00DF23CF" w:rsidRPr="0077730B" w:rsidRDefault="00DF23CF" w:rsidP="00DF23C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DF23CF" w:rsidRPr="0077730B" w:rsidRDefault="00DF23CF" w:rsidP="00DF23CF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производится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«Положению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формах,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периодичности и порядке текущего контроля успеваемости и промежуточной аттестации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обучающихся», «Положение о порядке выставления текущих, четвертных, полугодовых,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годовых и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итоговых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отметок».</w:t>
      </w:r>
    </w:p>
    <w:p w:rsidR="00DF23CF" w:rsidRPr="0077730B" w:rsidRDefault="00DF23CF" w:rsidP="00DF23CF">
      <w:pPr>
        <w:widowControl w:val="0"/>
        <w:autoSpaceDE w:val="0"/>
        <w:autoSpaceDN w:val="0"/>
        <w:spacing w:before="1" w:after="0" w:line="24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Объектом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искусство»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 способность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 решать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учебно-познавательные 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учебно-практические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ведётся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ходе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текущего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промежуточного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оценивания,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так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ходе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итоговых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проверочных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работ.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накопленной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оценки,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ходе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текущего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промежуточного</w:t>
      </w:r>
      <w:r w:rsidRPr="0077730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оценивания, фиксируются в форме портфеля достижений и учитываются при определении</w:t>
      </w:r>
      <w:r w:rsidRPr="0077730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итоговой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оценки.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Преодолению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неуспешности</w:t>
      </w:r>
      <w:proofErr w:type="spellEnd"/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отдельных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учеников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помогают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коллективные</w:t>
      </w:r>
      <w:r w:rsidRPr="0077730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работы,</w:t>
      </w:r>
      <w:r w:rsidRPr="0077730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когда</w:t>
      </w:r>
      <w:r w:rsidRPr="0077730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общий</w:t>
      </w:r>
      <w:r w:rsidRPr="0077730B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успех</w:t>
      </w:r>
      <w:r w:rsidRPr="0077730B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поглощает</w:t>
      </w:r>
      <w:r w:rsidRPr="0077730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чью-то</w:t>
      </w:r>
      <w:r w:rsidRPr="0077730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неудачу</w:t>
      </w:r>
      <w:r w:rsidRPr="0077730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способствует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лучшему пониманию результата. Система коллективных работ дает возможность каждому</w:t>
      </w:r>
      <w:r w:rsidRPr="0077730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ребенку</w:t>
      </w:r>
      <w:r w:rsidRPr="0077730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действовать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конструктивно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пределах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своих</w:t>
      </w:r>
      <w:r w:rsidRPr="00777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возможностей.</w:t>
      </w:r>
    </w:p>
    <w:p w:rsidR="00DF23CF" w:rsidRPr="0077730B" w:rsidRDefault="00DF23CF" w:rsidP="00DF23CF">
      <w:pPr>
        <w:widowControl w:val="0"/>
        <w:autoSpaceDE w:val="0"/>
        <w:autoSpaceDN w:val="0"/>
        <w:spacing w:before="1"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осуществляется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конце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каждого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занятия.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 оцениваются качественно по уровню выполнения работы в целом (по качеству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изучаемого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приема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операции,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творческой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самореализации,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умению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или в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группе).</w:t>
      </w:r>
    </w:p>
    <w:p w:rsidR="00DF23CF" w:rsidRPr="0077730B" w:rsidRDefault="00DF23CF" w:rsidP="00DF23CF">
      <w:pPr>
        <w:widowControl w:val="0"/>
        <w:autoSpaceDE w:val="0"/>
        <w:autoSpaceDN w:val="0"/>
        <w:spacing w:before="5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Критериями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оценивания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работ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являются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следующие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параметры: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Соответствие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названия</w:t>
      </w:r>
      <w:r w:rsidRPr="0077730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содержания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рисунка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Оригинальность</w:t>
      </w:r>
      <w:r w:rsidRPr="0077730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замысла</w:t>
      </w:r>
      <w:r w:rsidRPr="0077730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(самостоятельность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выполнения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рисунка)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Раскрытие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темы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(наполнение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содержанием)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Точная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состояния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природы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05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Правильное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предметов,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соответствующее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действительному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общему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пространственному</w:t>
      </w:r>
      <w:r w:rsidRPr="0077730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положению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объекта,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его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направлению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пространстве.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13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Композиционное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расположение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изображения: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выходит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пределы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листа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бумаги, рисунок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хорошо компонуется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листе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бумаги).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before="1" w:after="0" w:line="240" w:lineRule="auto"/>
        <w:ind w:left="821" w:right="107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Изображение общего пространственного положения объекта в рисунке: правильное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изображение,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соответствующее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действительному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общему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пространственному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положению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объекта, его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направлению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пространстве.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12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 в рисунке пропорций объекта изображения: правильная передача пропорций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lastRenderedPageBreak/>
        <w:t>(пропорции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соответствуют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реальным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пропорциям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натуры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зависимости от конкретной точки зрения).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11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конструктивного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строения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(объектов)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изображения: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правильная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конструктивного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строения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(в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 выявлены геометрическая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основа строения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натуры).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09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цвета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натуры: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правильная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цвета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(цвет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соответствует действительному цвету натуры), отношений цветовых тонов, которые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являются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результатом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восприятия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действительного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цвета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натуры,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обусловленного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особенностями освещения, воздушной перспективы, окраской окружающих предметов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 т.д.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02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пространства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правильное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изображение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пространства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 основание более близких предметов изображаются ниже, дальних предметов –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выше относительно нижнего края листа бумаги, передние предметы изображаются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крупнее</w:t>
      </w:r>
      <w:r w:rsidRPr="0077730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равных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размерам, но</w:t>
      </w:r>
      <w:r w:rsidRPr="0077730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удаленных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предметов).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06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пропорций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изображаемых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объектов: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правильная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пропорций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(пропорции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изображаемых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тематической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композиции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объектов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соответствуют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пропорциям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этих</w:t>
      </w:r>
      <w:r w:rsidRPr="0077730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объектов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действительности).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left="821" w:right="110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рисунке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цвета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объектов: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правильная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передача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цвета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(цветовая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окраска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изображенных в тематическом рисунке объектов соответствует действительному цвету</w:t>
      </w:r>
      <w:r w:rsidRPr="0077730B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этих объектов, в композиции наблюдается цветовая гармония, единство и цельность</w:t>
      </w:r>
      <w:r w:rsidRPr="0077730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цветовых пятен).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Аккуратность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исполнения</w:t>
      </w:r>
      <w:r w:rsidRPr="0077730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работы.</w:t>
      </w:r>
    </w:p>
    <w:p w:rsidR="00DF23CF" w:rsidRPr="0077730B" w:rsidRDefault="00DF23CF" w:rsidP="00DF23CF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lang w:val="ru-RU"/>
        </w:rPr>
        <w:t>Соблюдение</w:t>
      </w:r>
      <w:r w:rsidRPr="0077730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сроков</w:t>
      </w:r>
      <w:r w:rsidRPr="0077730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lang w:val="ru-RU"/>
        </w:rPr>
        <w:t>работы.</w:t>
      </w:r>
    </w:p>
    <w:p w:rsidR="00DF23CF" w:rsidRDefault="00DF23CF" w:rsidP="00DF23CF">
      <w:pPr>
        <w:widowControl w:val="0"/>
        <w:autoSpaceDE w:val="0"/>
        <w:autoSpaceDN w:val="0"/>
        <w:spacing w:before="7" w:after="0" w:line="550" w:lineRule="atLeast"/>
        <w:ind w:right="2950"/>
        <w:jc w:val="both"/>
        <w:outlineLvl w:val="0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 Содержание учебного предмета</w:t>
      </w:r>
      <w:r w:rsidRPr="0077730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</w:p>
    <w:p w:rsidR="00DF23CF" w:rsidRPr="0077730B" w:rsidRDefault="00DF23CF" w:rsidP="00DF23CF">
      <w:pPr>
        <w:widowControl w:val="0"/>
        <w:autoSpaceDE w:val="0"/>
        <w:autoSpaceDN w:val="0"/>
        <w:spacing w:before="7" w:after="0" w:line="550" w:lineRule="atLeast"/>
        <w:ind w:right="295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Истоки</w:t>
      </w:r>
      <w:r w:rsidRPr="0077730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родного искусства</w:t>
      </w:r>
      <w:r w:rsidRPr="0077730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8ч</w:t>
      </w:r>
    </w:p>
    <w:p w:rsidR="00DF23CF" w:rsidRPr="0077730B" w:rsidRDefault="00DF23CF" w:rsidP="00DF23CF">
      <w:pPr>
        <w:widowControl w:val="0"/>
        <w:autoSpaceDE w:val="0"/>
        <w:autoSpaceDN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Пейзаж родной земли. Деревня - деревянный мир. Красота человека. Народные праздники</w:t>
      </w:r>
      <w:r w:rsidRPr="0077730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(обобщение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темы)</w:t>
      </w:r>
    </w:p>
    <w:p w:rsidR="00DF23CF" w:rsidRPr="0077730B" w:rsidRDefault="00DF23CF" w:rsidP="00DF23CF">
      <w:pPr>
        <w:widowControl w:val="0"/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Древние</w:t>
      </w:r>
      <w:r w:rsidRPr="0077730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города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нашей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земли</w:t>
      </w:r>
      <w:r w:rsidRPr="007773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8ч</w:t>
      </w:r>
    </w:p>
    <w:p w:rsidR="00DF23CF" w:rsidRDefault="00DF23CF" w:rsidP="00DF23CF">
      <w:pPr>
        <w:widowControl w:val="0"/>
        <w:autoSpaceDE w:val="0"/>
        <w:autoSpaceDN w:val="0"/>
        <w:spacing w:before="2" w:after="0" w:line="237" w:lineRule="auto"/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Родной угол. Древние соборы. Города Русской земли</w:t>
      </w:r>
      <w:r w:rsidRPr="0077730B">
        <w:rPr>
          <w:rFonts w:ascii="Calibri" w:eastAsia="Times New Roman" w:hAnsi="Calibri" w:cs="Times New Roman"/>
          <w:szCs w:val="24"/>
          <w:lang w:val="ru-RU"/>
        </w:rPr>
        <w:t xml:space="preserve">.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Древнерусские воины – защитники.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Новгород,</w:t>
      </w:r>
      <w:r w:rsidRPr="00777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Псков,</w:t>
      </w:r>
      <w:r w:rsidRPr="0077730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Владимир,</w:t>
      </w:r>
      <w:r w:rsidRPr="0077730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Суздаль,</w:t>
      </w:r>
      <w:r w:rsidRPr="0077730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Москва.</w:t>
      </w:r>
      <w:r w:rsidRPr="0077730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Узорочье</w:t>
      </w:r>
      <w:r w:rsidRPr="0077730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теремов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-2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Пир</w:t>
      </w:r>
      <w:r w:rsidRPr="0077730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теремных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палатах</w:t>
      </w:r>
      <w:r w:rsidRPr="0077730B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(обобщение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темы).</w:t>
      </w:r>
    </w:p>
    <w:p w:rsidR="00DF23CF" w:rsidRPr="0077730B" w:rsidRDefault="00DF23CF" w:rsidP="00DF23CF">
      <w:pPr>
        <w:widowControl w:val="0"/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Каждый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народ –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художник</w:t>
      </w:r>
      <w:r w:rsidRPr="007773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10ч</w:t>
      </w:r>
    </w:p>
    <w:p w:rsidR="00DF23CF" w:rsidRPr="0077730B" w:rsidRDefault="00DF23CF" w:rsidP="00DF23CF">
      <w:pPr>
        <w:widowControl w:val="0"/>
        <w:autoSpaceDE w:val="0"/>
        <w:autoSpaceDN w:val="0"/>
        <w:spacing w:before="2" w:after="0" w:line="237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Страна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восходящего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солнца.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Образ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Японии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1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Народы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гор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степей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1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Города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пустыне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1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Древняя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Эллада.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Европейские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города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Средневековья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1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Многообразие</w:t>
      </w:r>
      <w:r w:rsidRPr="00777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художественных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</w:t>
      </w:r>
      <w:r w:rsidRPr="0077730B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мире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(обобщение</w:t>
      </w:r>
      <w:r w:rsidRPr="00777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темы).</w:t>
      </w:r>
    </w:p>
    <w:p w:rsidR="00DF23CF" w:rsidRPr="0077730B" w:rsidRDefault="00DF23CF" w:rsidP="00DF23CF">
      <w:pPr>
        <w:widowControl w:val="0"/>
        <w:autoSpaceDE w:val="0"/>
        <w:autoSpaceDN w:val="0"/>
        <w:spacing w:before="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Искусство</w:t>
      </w:r>
      <w:r w:rsidRPr="0077730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объединяет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народы</w:t>
      </w:r>
      <w:r w:rsidRPr="007773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7773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8ч</w:t>
      </w:r>
    </w:p>
    <w:p w:rsidR="00DF23CF" w:rsidRDefault="00DF23CF" w:rsidP="00DF23CF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Материнство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1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Мудрость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старости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1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Сопереживание</w:t>
      </w:r>
      <w:r w:rsidRPr="0077730B">
        <w:rPr>
          <w:rFonts w:ascii="Calibri" w:eastAsia="Times New Roman" w:hAnsi="Calibri" w:cs="Times New Roman"/>
          <w:szCs w:val="24"/>
          <w:lang w:val="ru-RU"/>
        </w:rPr>
        <w:t>.</w:t>
      </w:r>
      <w:r w:rsidRPr="0077730B">
        <w:rPr>
          <w:rFonts w:ascii="Calibri" w:eastAsia="Times New Roman" w:hAnsi="Calibri" w:cs="Times New Roman"/>
          <w:spacing w:val="1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Герои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защитники.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Юность</w:t>
      </w:r>
      <w:r w:rsidRPr="0077730B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77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надежды.</w:t>
      </w:r>
      <w:r w:rsidRPr="0077730B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 народов мира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(обобщение</w:t>
      </w:r>
      <w:r w:rsidRPr="00777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730B">
        <w:rPr>
          <w:rFonts w:ascii="Times New Roman" w:eastAsia="Times New Roman" w:hAnsi="Times New Roman" w:cs="Times New Roman"/>
          <w:sz w:val="24"/>
          <w:szCs w:val="24"/>
          <w:lang w:val="ru-RU"/>
        </w:rPr>
        <w:t>темы)</w:t>
      </w:r>
      <w:r w:rsidRPr="0077730B">
        <w:rPr>
          <w:rFonts w:ascii="Times New Roman" w:eastAsia="Times New Roman" w:hAnsi="Times New Roman"/>
          <w:color w:val="000000"/>
          <w:sz w:val="24"/>
          <w:lang w:val="ru-RU"/>
        </w:rPr>
        <w:t xml:space="preserve"> по художественным музеям мира.</w:t>
      </w:r>
    </w:p>
    <w:p w:rsidR="00DF23CF" w:rsidRPr="00856136" w:rsidRDefault="00DF23CF" w:rsidP="00DF23CF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34494" w:rsidRDefault="00734494" w:rsidP="00DF23CF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F23CF" w:rsidRDefault="00DF23CF" w:rsidP="00DF23CF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p w:rsidR="00DF23CF" w:rsidRDefault="00DF23CF" w:rsidP="00DF23CF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6192"/>
        <w:gridCol w:w="993"/>
        <w:gridCol w:w="850"/>
        <w:gridCol w:w="1559"/>
      </w:tblGrid>
      <w:tr w:rsidR="00DF23CF" w:rsidRPr="003E6D07" w:rsidTr="00654370">
        <w:trPr>
          <w:trHeight w:val="968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D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3E6D07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DA2B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урока</w:t>
            </w:r>
            <w:r w:rsidRPr="00DA2B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(этап проектной или исследовательской</w:t>
            </w:r>
            <w:r w:rsidRPr="00DA2B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деятельности)</w:t>
            </w:r>
          </w:p>
          <w:p w:rsidR="00DF23CF" w:rsidRPr="00DA2B69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3CF" w:rsidRPr="00856136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6136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</w:p>
          <w:p w:rsidR="00DF23CF" w:rsidRPr="00856136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13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56136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85613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DF23CF" w:rsidRPr="00856136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6136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</w:p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</w:tr>
      <w:tr w:rsidR="00DF23CF" w:rsidRPr="003E6D07" w:rsidTr="00654370">
        <w:trPr>
          <w:trHeight w:val="468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23CF" w:rsidRPr="003E6D07" w:rsidTr="00654370">
        <w:trPr>
          <w:trHeight w:val="42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Пейзаж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856136" w:rsidRDefault="00CD0A90" w:rsidP="00654370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" w:history="1">
              <w:r w:rsidR="00DF23CF" w:rsidRPr="009E0A52">
                <w:rPr>
                  <w:rStyle w:val="aff9"/>
                  <w:rFonts w:ascii="Times New Roman" w:hAnsi="Times New Roman"/>
                  <w:b/>
                  <w:sz w:val="24"/>
                  <w:szCs w:val="24"/>
                </w:rPr>
                <w:t>https://resh.edu.ru/</w:t>
              </w:r>
            </w:hyperlink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Гармония жилья и природы. Деревня- деревянный мир.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Продолжение работы над коллективным панно «Деревня </w:t>
            </w: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-деревянный мир»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lastRenderedPageBreak/>
              <w:t>21.09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Образ красоты человека. Праздничный костюм.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Образ красоты человека. Женский портрет.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Образ красоты человека. Мужской портрет.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Народные праздники. Коллективное панно. Проект.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Древнерусский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город-крепость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Древние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соборы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Древний город и его жители.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Древнерусские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воины-защитники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Русской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Узорочье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теремов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Праздничный пир в теремных палатах.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Продолжение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проектом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Защита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проектов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Страна восходящего солнца. Образ художественной культуры Японии.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Изображение японок в национальной одежде.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проектом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Искусство народов гор и степей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пустыне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Образ художественной культуры Древней Греции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Древнегреческие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 художественной культуры средневековой Западной Европы.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Европейские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Образ художественной культуры Древней Греции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8.03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Портрет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средневекового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жителя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Многообразие художественных культур в мире.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Материнство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Мудрость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старости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Сопереживание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Герои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защитники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rPr>
          <w:trHeight w:val="6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Юность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надежды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DA2B69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B69">
              <w:rPr>
                <w:rFonts w:ascii="Times New Roman" w:hAnsi="Times New Roman"/>
                <w:sz w:val="24"/>
                <w:szCs w:val="24"/>
                <w:lang w:val="ru-RU"/>
              </w:rPr>
              <w:t>Искусство народов мира. Обобщение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защита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проектов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CF" w:rsidRPr="003E6D07" w:rsidTr="0065437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защита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D07">
              <w:rPr>
                <w:rFonts w:ascii="Times New Roman" w:hAnsi="Times New Roman"/>
                <w:sz w:val="24"/>
                <w:szCs w:val="24"/>
              </w:rPr>
              <w:t>проектов</w:t>
            </w:r>
            <w:proofErr w:type="spellEnd"/>
            <w:r w:rsidRPr="003E6D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07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CF" w:rsidRPr="003E6D07" w:rsidRDefault="00DF23CF" w:rsidP="006543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3CF" w:rsidRPr="0077730B" w:rsidRDefault="00DF23CF" w:rsidP="00DF23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  <w:sectPr w:rsidR="00DF23CF" w:rsidRPr="0077730B">
          <w:pgSz w:w="11910" w:h="16840"/>
          <w:pgMar w:top="1040" w:right="740" w:bottom="280" w:left="1240" w:header="720" w:footer="720" w:gutter="0"/>
          <w:cols w:space="720"/>
        </w:sectPr>
      </w:pPr>
    </w:p>
    <w:p w:rsidR="00DF23CF" w:rsidRDefault="00DF23CF" w:rsidP="00DF23CF">
      <w:pPr>
        <w:widowControl w:val="0"/>
        <w:autoSpaceDE w:val="0"/>
        <w:autoSpaceDN w:val="0"/>
        <w:spacing w:before="2" w:after="0" w:line="237" w:lineRule="auto"/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23CF" w:rsidRDefault="00DF23CF" w:rsidP="00DF23CF">
      <w:pPr>
        <w:tabs>
          <w:tab w:val="left" w:pos="390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DF23CF" w:rsidRPr="00DF23CF" w:rsidRDefault="00DF23CF" w:rsidP="00DF23CF">
      <w:pPr>
        <w:tabs>
          <w:tab w:val="left" w:pos="390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F23CF" w:rsidRPr="00DF23CF">
          <w:pgSz w:w="11910" w:h="16840"/>
          <w:pgMar w:top="1040" w:right="740" w:bottom="280" w:left="12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856136" w:rsidRPr="0077730B">
          <w:pgSz w:w="11910" w:h="16840"/>
          <w:pgMar w:top="1040" w:right="740" w:bottom="280" w:left="1240" w:header="720" w:footer="720" w:gutter="0"/>
          <w:cols w:space="720"/>
        </w:sectPr>
      </w:pPr>
    </w:p>
    <w:p w:rsidR="00856136" w:rsidRPr="0077730B" w:rsidRDefault="00856136" w:rsidP="00856136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lang w:val="ru-RU"/>
        </w:rPr>
        <w:sectPr w:rsidR="00856136" w:rsidRPr="0077730B">
          <w:pgSz w:w="11910" w:h="16840"/>
          <w:pgMar w:top="1040" w:right="740" w:bottom="280" w:left="1240" w:header="720" w:footer="720" w:gutter="0"/>
          <w:cols w:space="720"/>
        </w:sectPr>
      </w:pPr>
    </w:p>
    <w:p w:rsidR="00856136" w:rsidRPr="0077730B" w:rsidRDefault="00856136" w:rsidP="008561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856136" w:rsidRPr="0077730B">
          <w:pgSz w:w="11910" w:h="16840"/>
          <w:pgMar w:top="1040" w:right="740" w:bottom="280" w:left="1240" w:header="720" w:footer="720" w:gutter="0"/>
          <w:cols w:space="720"/>
        </w:sectPr>
      </w:pPr>
    </w:p>
    <w:p w:rsidR="00856136" w:rsidRDefault="00856136">
      <w:pPr>
        <w:sectPr w:rsidR="00856136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6A7682" w:rsidRDefault="006A7682">
      <w:pPr>
        <w:sectPr w:rsidR="006A7682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6A7682" w:rsidRPr="0077730B" w:rsidRDefault="006A7682">
      <w:pPr>
        <w:rPr>
          <w:lang w:val="ru-RU"/>
        </w:rPr>
        <w:sectPr w:rsidR="006A7682" w:rsidRPr="0077730B">
          <w:pgSz w:w="11900" w:h="16840"/>
          <w:pgMar w:top="298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6A7682" w:rsidRPr="0077730B" w:rsidRDefault="006A7682">
      <w:pPr>
        <w:rPr>
          <w:lang w:val="ru-RU"/>
        </w:rPr>
        <w:sectPr w:rsidR="006A7682" w:rsidRPr="0077730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7682" w:rsidRPr="0077730B" w:rsidRDefault="006A7682">
      <w:pPr>
        <w:autoSpaceDE w:val="0"/>
        <w:autoSpaceDN w:val="0"/>
        <w:spacing w:after="78" w:line="220" w:lineRule="exact"/>
        <w:rPr>
          <w:lang w:val="ru-RU"/>
        </w:rPr>
      </w:pPr>
    </w:p>
    <w:p w:rsidR="006A7682" w:rsidRPr="0077730B" w:rsidRDefault="0077730B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77730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77730B">
        <w:rPr>
          <w:lang w:val="ru-RU"/>
        </w:rPr>
        <w:br/>
      </w:r>
      <w:proofErr w:type="spellStart"/>
      <w:r w:rsidRPr="0077730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77730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6A7682" w:rsidRPr="0077730B" w:rsidRDefault="006A7682">
      <w:pPr>
        <w:rPr>
          <w:lang w:val="ru-RU"/>
        </w:rPr>
        <w:sectPr w:rsidR="006A7682" w:rsidRPr="0077730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7730B" w:rsidRPr="0077730B" w:rsidRDefault="0077730B">
      <w:pPr>
        <w:rPr>
          <w:lang w:val="ru-RU"/>
        </w:rPr>
      </w:pPr>
    </w:p>
    <w:sectPr w:rsidR="0077730B" w:rsidRPr="0077730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325708"/>
    <w:multiLevelType w:val="multilevel"/>
    <w:tmpl w:val="5142E5C0"/>
    <w:lvl w:ilvl="0">
      <w:start w:val="1"/>
      <w:numFmt w:val="decimal"/>
      <w:lvlText w:val="%1"/>
      <w:lvlJc w:val="left"/>
      <w:pPr>
        <w:ind w:left="10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22AA013F"/>
    <w:multiLevelType w:val="hybridMultilevel"/>
    <w:tmpl w:val="E08E2750"/>
    <w:lvl w:ilvl="0" w:tplc="760E50E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8D6F6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44341176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63BA512E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E078E74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C26A191A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6" w:tplc="84401EF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F804484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23164704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0A27D4E"/>
    <w:multiLevelType w:val="multilevel"/>
    <w:tmpl w:val="5142E5C0"/>
    <w:lvl w:ilvl="0">
      <w:start w:val="1"/>
      <w:numFmt w:val="decimal"/>
      <w:lvlText w:val="%1"/>
      <w:lvlJc w:val="left"/>
      <w:pPr>
        <w:ind w:left="10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4B5E1F3B"/>
    <w:multiLevelType w:val="hybridMultilevel"/>
    <w:tmpl w:val="A63022A2"/>
    <w:lvl w:ilvl="0" w:tplc="F2E49C4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ABCE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3A8440E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3" w:tplc="40E03FAA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4" w:tplc="D71E371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64FA61D6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6" w:tplc="B7E8F172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22AA57AA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6CB61182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A58355D"/>
    <w:multiLevelType w:val="hybridMultilevel"/>
    <w:tmpl w:val="D448506E"/>
    <w:lvl w:ilvl="0" w:tplc="FBCC4C5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C359A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AB848434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592C6984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505C2BF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7FC63E4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3DEA977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3C00318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1C4E2CDE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CF27D2E"/>
    <w:multiLevelType w:val="hybridMultilevel"/>
    <w:tmpl w:val="4F0E4E74"/>
    <w:lvl w:ilvl="0" w:tplc="1CA2EE3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E3288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EBA48280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E586C874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B758256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B8B44ED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A36FEF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FEFA4C42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072EE1D2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E701DCD"/>
    <w:multiLevelType w:val="hybridMultilevel"/>
    <w:tmpl w:val="EBFE33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4"/>
  </w:num>
  <w:num w:numId="12">
    <w:abstractNumId w:val="13"/>
  </w:num>
  <w:num w:numId="13">
    <w:abstractNumId w:val="12"/>
  </w:num>
  <w:num w:numId="14">
    <w:abstractNumId w:val="9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7682"/>
    <w:rsid w:val="00734494"/>
    <w:rsid w:val="0077730B"/>
    <w:rsid w:val="00856136"/>
    <w:rsid w:val="00AA1D8D"/>
    <w:rsid w:val="00B47730"/>
    <w:rsid w:val="00CB0664"/>
    <w:rsid w:val="00CD0A90"/>
    <w:rsid w:val="00DA2B69"/>
    <w:rsid w:val="00DF23CF"/>
    <w:rsid w:val="00F761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0627BE0-A698-4A60-B224-AB533809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1"/>
    <w:unhideWhenUsed/>
    <w:qFormat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4">
    <w:name w:val="Нет списка1"/>
    <w:next w:val="a4"/>
    <w:uiPriority w:val="99"/>
    <w:semiHidden/>
    <w:unhideWhenUsed/>
    <w:rsid w:val="0077730B"/>
  </w:style>
  <w:style w:type="table" w:customStyle="1" w:styleId="TableNormal">
    <w:name w:val="Table Normal"/>
    <w:uiPriority w:val="2"/>
    <w:semiHidden/>
    <w:unhideWhenUsed/>
    <w:qFormat/>
    <w:rsid w:val="0077730B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77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a">
    <w:name w:val="Без интервала Знак"/>
    <w:basedOn w:val="a2"/>
    <w:link w:val="a9"/>
    <w:uiPriority w:val="1"/>
    <w:locked/>
    <w:rsid w:val="00DA2B69"/>
  </w:style>
  <w:style w:type="paragraph" w:customStyle="1" w:styleId="15">
    <w:name w:val="Без интервала1"/>
    <w:rsid w:val="0085613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styleId="aff9">
    <w:name w:val="Hyperlink"/>
    <w:basedOn w:val="a2"/>
    <w:uiPriority w:val="99"/>
    <w:unhideWhenUsed/>
    <w:rsid w:val="00856136"/>
    <w:rPr>
      <w:color w:val="0000FF" w:themeColor="hyperlink"/>
      <w:u w:val="single"/>
    </w:rPr>
  </w:style>
  <w:style w:type="paragraph" w:styleId="affa">
    <w:name w:val="Balloon Text"/>
    <w:basedOn w:val="a1"/>
    <w:link w:val="affb"/>
    <w:uiPriority w:val="99"/>
    <w:semiHidden/>
    <w:unhideWhenUsed/>
    <w:rsid w:val="00F7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F76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load/242-1-0-6836" TargetMode="External"/><Relationship Id="rId3" Type="http://schemas.openxmlformats.org/officeDocument/2006/relationships/styles" Target="styles.xml"/><Relationship Id="rId7" Type="http://schemas.openxmlformats.org/officeDocument/2006/relationships/hyperlink" Target="http://shkola-abv.ru/katalog_prezentaziy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9E804F-E875-452C-B23E-4DEDDB88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2037</Words>
  <Characters>11615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cp:lastPrinted>2022-10-06T10:53:00Z</cp:lastPrinted>
  <dcterms:created xsi:type="dcterms:W3CDTF">2022-08-22T05:13:00Z</dcterms:created>
  <dcterms:modified xsi:type="dcterms:W3CDTF">2023-06-14T04:47:00Z</dcterms:modified>
  <cp:category/>
</cp:coreProperties>
</file>